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61031"/>
          <w:sz w:val="30"/>
        </w:rPr>
        <w:t>[YOUR COMPANY NAME]</w:t>
      </w:r>
    </w:p>
    <w:p>
      <w:r>
        <w:rPr>
          <w:color w:val="545C70"/>
          <w:sz w:val="18"/>
        </w:rPr>
        <w:t>[Company address, city, state, PIN]  |  [Phone]  |  [Email]  |  GSTIN [optional]</w:t>
      </w:r>
    </w:p>
    <w:p>
      <w:r>
        <w:rPr>
          <w:color w:val="C9CFDC"/>
        </w:rPr>
        <w:t>______________________________________________________________________________________</w:t>
      </w:r>
    </w:p>
    <w:p>
      <w:pPr>
        <w:spacing w:after="120"/>
        <w:jc w:val="right"/>
      </w:pPr>
      <w:r>
        <w:rPr>
          <w:b w:val="0"/>
        </w:rPr>
        <w:t>Date: [DD-MM-YYYY]</w:t>
      </w:r>
    </w:p>
    <w:p>
      <w:pPr>
        <w:spacing w:after="0"/>
      </w:pPr>
      <w:r>
        <w:rPr>
          <w:b w:val="0"/>
        </w:rPr>
        <w:t>[Candidate Name]</w:t>
      </w:r>
    </w:p>
    <w:p>
      <w:pPr>
        <w:spacing w:after="0"/>
      </w:pPr>
      <w:r>
        <w:rPr>
          <w:b w:val="0"/>
        </w:rPr>
        <w:t>[Address line 1]</w:t>
      </w:r>
    </w:p>
    <w:p>
      <w:pPr>
        <w:spacing w:after="0"/>
      </w:pPr>
      <w:r>
        <w:rPr>
          <w:b w:val="0"/>
        </w:rPr>
        <w:t>[City, State, PIN]</w:t>
      </w:r>
    </w:p>
    <w:p/>
    <w:p>
      <w:pPr>
        <w:spacing w:after="120"/>
      </w:pPr>
      <w:r>
        <w:rPr>
          <w:b/>
        </w:rPr>
        <w:t>Subject: Offer of employment — [Designation]</w:t>
      </w:r>
    </w:p>
    <w:p>
      <w:pPr>
        <w:spacing w:after="120"/>
      </w:pPr>
      <w:r>
        <w:rPr>
          <w:b w:val="0"/>
        </w:rPr>
        <w:t>Dear [Candidate Name],</w:t>
      </w:r>
    </w:p>
    <w:p>
      <w:pPr>
        <w:spacing w:after="120"/>
      </w:pPr>
      <w:r>
        <w:rPr>
          <w:b w:val="0"/>
        </w:rPr>
        <w:t>We are pleased to offer you the position of [Designation] in the [Department] department at [Company Name], based at [Location / Plant]. We were impressed with your experience and believe you will be a valuable member of our team.</w:t>
      </w:r>
    </w:p>
    <w:p>
      <w:pPr>
        <w:spacing w:after="120"/>
      </w:pPr>
      <w:r>
        <w:rPr>
          <w:b w:val="0"/>
        </w:rPr>
        <w:t>Your expected date of joining is [DD-MM-YYYY]. Your annual cost to company (CTC) will be ₹[Amount], as set out in Annexure A. You will be on probation for [6] months from your date of joining.</w:t>
      </w:r>
    </w:p>
    <w:p>
      <w:pPr>
        <w:spacing w:after="120"/>
      </w:pPr>
      <w:r>
        <w:rPr>
          <w:b w:val="0"/>
        </w:rPr>
        <w:t>Your working hours and shift will be as per company policy and may include [general / rotational] shifts. Detailed terms of employment will be shared in your appointment letter on joining.</w:t>
      </w:r>
    </w:p>
    <w:p>
      <w:pPr>
        <w:spacing w:after="120"/>
      </w:pPr>
      <w:r>
        <w:rPr>
          <w:b w:val="0"/>
        </w:rPr>
        <w:t>This offer is subject to satisfactory verification of your documents, previous employment and references. Please bring the documents listed below on your joining date.</w:t>
      </w:r>
    </w:p>
    <w:p>
      <w:pPr>
        <w:spacing w:after="120"/>
      </w:pPr>
      <w:r>
        <w:rPr>
          <w:b w:val="0"/>
        </w:rPr>
        <w:t>Please sign and return a copy of this letter by [DD-MM-YYYY] to confirm your acceptance. We look forward to welcoming you.</w:t>
      </w:r>
    </w:p>
    <w:p>
      <w:pPr>
        <w:spacing w:after="40"/>
      </w:pPr>
      <w:r>
        <w:rPr>
          <w:b/>
        </w:rPr>
        <w:t>Documents to bring:</w:t>
      </w:r>
    </w:p>
    <w:p>
      <w:pPr>
        <w:pStyle w:val="ListBullet"/>
      </w:pPr>
      <w:r>
        <w:t>PAN card and Aadhaar card</w:t>
      </w:r>
    </w:p>
    <w:p>
      <w:pPr>
        <w:pStyle w:val="ListBullet"/>
      </w:pPr>
      <w:r>
        <w:t>Educational certificates</w:t>
      </w:r>
    </w:p>
    <w:p>
      <w:pPr>
        <w:pStyle w:val="ListBullet"/>
      </w:pPr>
      <w:r>
        <w:t>Relieving / experience letter from your last employer</w:t>
      </w:r>
    </w:p>
    <w:p>
      <w:pPr>
        <w:pStyle w:val="ListBullet"/>
      </w:pPr>
      <w:r>
        <w:t>Last 3 months' salary slips</w:t>
      </w:r>
    </w:p>
    <w:p>
      <w:pPr>
        <w:pStyle w:val="ListBullet"/>
      </w:pPr>
      <w:r>
        <w:t>Bank account details and 2 passport-size photographs</w:t>
      </w:r>
    </w:p>
    <w:p/>
    <w:p>
      <w:pPr>
        <w:spacing w:after="560"/>
      </w:pPr>
      <w:r>
        <w:rPr>
          <w:b/>
        </w:rPr>
        <w:t>For [Company Name]</w:t>
      </w:r>
    </w:p>
    <w:p>
      <w:pPr>
        <w:spacing w:after="0"/>
      </w:pPr>
      <w:r>
        <w:rPr>
          <w:b w:val="0"/>
        </w:rPr>
        <w:t>[Name]</w:t>
      </w:r>
    </w:p>
    <w:p>
      <w:pPr>
        <w:spacing w:after="0"/>
      </w:pPr>
      <w:r>
        <w:rPr>
          <w:b w:val="0"/>
        </w:rPr>
        <w:t>[Designation] — Human Resources</w:t>
      </w:r>
    </w:p>
    <w:p>
      <w:r>
        <w:br w:type="page"/>
      </w:r>
    </w:p>
    <w:p>
      <w:pPr>
        <w:spacing w:after="120"/>
      </w:pPr>
      <w:r>
        <w:rPr>
          <w:b/>
          <w:sz w:val="26"/>
        </w:rPr>
        <w:t>Annexure A — Salary structure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Component</w:t>
            </w:r>
          </w:p>
        </w:tc>
        <w:tc>
          <w:tcPr>
            <w:tcW w:type="dxa" w:w="3249"/>
          </w:tcPr>
          <w:p>
            <w:r>
              <w:t>Monthly (₹)</w:t>
            </w:r>
          </w:p>
        </w:tc>
        <w:tc>
          <w:tcPr>
            <w:tcW w:type="dxa" w:w="3249"/>
          </w:tcPr>
          <w:p>
            <w:r>
              <w:t>Annual (₹)</w:t>
            </w:r>
          </w:p>
        </w:tc>
      </w:tr>
      <w:tr>
        <w:tc>
          <w:tcPr>
            <w:tcW w:type="dxa" w:w="3249"/>
          </w:tcPr>
          <w:p>
            <w:r>
              <w:t>Basic + DA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>
              <w:t>[ ]</w:t>
            </w:r>
          </w:p>
        </w:tc>
      </w:tr>
      <w:tr>
        <w:tc>
          <w:tcPr>
            <w:tcW w:type="dxa" w:w="3249"/>
          </w:tcPr>
          <w:p>
            <w:r>
              <w:t>House rent allowance (HRA)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>
              <w:t>[ ]</w:t>
            </w:r>
          </w:p>
        </w:tc>
      </w:tr>
      <w:tr>
        <w:tc>
          <w:tcPr>
            <w:tcW w:type="dxa" w:w="3249"/>
          </w:tcPr>
          <w:p>
            <w:r>
              <w:t>Conveyance allowance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>
              <w:t>[ ]</w:t>
            </w:r>
          </w:p>
        </w:tc>
      </w:tr>
      <w:tr>
        <w:tc>
          <w:tcPr>
            <w:tcW w:type="dxa" w:w="3249"/>
          </w:tcPr>
          <w:p>
            <w:r>
              <w:t>Special allowance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>
              <w:t>[ ]</w:t>
            </w:r>
          </w:p>
        </w:tc>
      </w:tr>
      <w:tr>
        <w:tc>
          <w:tcPr>
            <w:tcW w:type="dxa" w:w="3249"/>
          </w:tcPr>
          <w:p>
            <w:r>
              <w:t>Gross salary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>
              <w:t>[ ]</w:t>
            </w:r>
          </w:p>
        </w:tc>
      </w:tr>
      <w:tr>
        <w:tc>
          <w:tcPr>
            <w:tcW w:type="dxa" w:w="3249"/>
          </w:tcPr>
          <w:p>
            <w:r>
              <w:t>Employer PF contribution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>
              <w:t>[ ]</w:t>
            </w:r>
          </w:p>
        </w:tc>
      </w:tr>
      <w:tr>
        <w:tc>
          <w:tcPr>
            <w:tcW w:type="dxa" w:w="3249"/>
          </w:tcPr>
          <w:p>
            <w:r>
              <w:t>Employer ESI contribution (if applicable)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>
              <w:t>[ ]</w:t>
            </w:r>
          </w:p>
        </w:tc>
      </w:tr>
      <w:tr>
        <w:tc>
          <w:tcPr>
            <w:tcW w:type="dxa" w:w="3249"/>
          </w:tcPr>
          <w:p>
            <w:r>
              <w:t>Total cost to company (CTC)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>
              <w:t>[ ]</w:t>
            </w:r>
          </w:p>
        </w:tc>
      </w:tr>
    </w:tbl>
    <w:p/>
    <w:p>
      <w:pPr>
        <w:spacing w:after="120"/>
      </w:pPr>
      <w:r>
        <w:rPr>
          <w:b/>
        </w:rPr>
        <w:t>Acceptance</w:t>
      </w:r>
    </w:p>
    <w:p>
      <w:pPr>
        <w:spacing w:after="120"/>
      </w:pPr>
      <w:r>
        <w:rPr>
          <w:b w:val="0"/>
        </w:rPr>
        <w:t>I accept the offer on the terms above and will join on [DD-MM-YYYY].</w:t>
      </w:r>
    </w:p>
    <w:p>
      <w:pPr>
        <w:spacing w:after="120"/>
      </w:pPr>
      <w:r>
        <w:rPr>
          <w:b w:val="0"/>
        </w:rPr>
        <w:t>Signature: ____________________      Name: ____________________      Date: ____________</w:t>
      </w:r>
    </w:p>
    <w:p/>
    <w:p>
      <w:pPr>
        <w:spacing w:after="120"/>
      </w:pPr>
      <w:r>
        <w:rPr>
          <w:b w:val="0"/>
          <w:i/>
          <w:color w:val="6F778C"/>
          <w:sz w:val="16"/>
        </w:rPr>
        <w:t>Free template from Mera Udyog (meraudyog.com). Review the terms with your HR or legal advisor before use.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