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61031"/>
          <w:sz w:val="30"/>
        </w:rPr>
        <w:t>[YOUR COMPANY NAME]</w:t>
      </w:r>
    </w:p>
    <w:p>
      <w:r>
        <w:rPr>
          <w:color w:val="545C70"/>
          <w:sz w:val="18"/>
        </w:rPr>
        <w:t>[Company address, city, state, PIN]  |  [Phone]  |  [Email]  |  GSTIN [optional]</w:t>
      </w:r>
    </w:p>
    <w:p>
      <w:r>
        <w:rPr>
          <w:color w:val="C9CFDC"/>
        </w:rPr>
        <w:t>______________________________________________________________________________________</w:t>
      </w:r>
    </w:p>
    <w:p>
      <w:pPr>
        <w:spacing w:after="120"/>
      </w:pPr>
      <w:r>
        <w:rPr>
          <w:b w:val="0"/>
        </w:rPr>
        <w:t>Ref: [HR/EXP/2026/001]                                                                     Date: [DD-MM-YYYY]</w:t>
      </w:r>
    </w:p>
    <w:p/>
    <w:p>
      <w:pPr>
        <w:spacing w:after="280"/>
        <w:jc w:val="center"/>
      </w:pPr>
      <w:r>
        <w:rPr>
          <w:b/>
          <w:sz w:val="26"/>
        </w:rPr>
        <w:t>TO WHOM IT MAY CONCERN</w:t>
      </w:r>
    </w:p>
    <w:p>
      <w:pPr>
        <w:spacing w:after="200"/>
      </w:pPr>
      <w:r>
        <w:rPr>
          <w:b w:val="0"/>
        </w:rPr>
        <w:t>This is to certify that [Employee Name] (Employee code: [Code]) worked with [Company Name] as [Designation] in the [Department] department from [DD-MM-YYYY] to [DD-MM-YYYY].</w:t>
      </w:r>
    </w:p>
    <w:p>
      <w:pPr>
        <w:spacing w:after="200"/>
      </w:pPr>
      <w:r>
        <w:rPr>
          <w:b w:val="0"/>
        </w:rPr>
        <w:t>During this period, [Employee Name] was responsible for [key responsibilities, e.g. operating CNC machines, maintaining production records and supporting quality checks].</w:t>
      </w:r>
    </w:p>
    <w:p>
      <w:pPr>
        <w:spacing w:after="200"/>
      </w:pPr>
      <w:r>
        <w:rPr>
          <w:b w:val="0"/>
        </w:rPr>
        <w:t>We found [Employee Name] to be sincere, hardworking and reliable. Their conduct during their employment with us was [good / very good].</w:t>
      </w:r>
    </w:p>
    <w:p>
      <w:pPr>
        <w:spacing w:after="200"/>
      </w:pPr>
      <w:r>
        <w:rPr>
          <w:b w:val="0"/>
        </w:rPr>
        <w:t>[Employee Name] has been relieved of all duties with effect from [DD-MM-YYYY], and all dues have been settled.</w:t>
      </w:r>
    </w:p>
    <w:p>
      <w:pPr>
        <w:spacing w:after="200"/>
      </w:pPr>
      <w:r>
        <w:rPr>
          <w:b w:val="0"/>
        </w:rPr>
        <w:t>We wish [Employee Name] all the best in their future endeavours.</w:t>
      </w:r>
    </w:p>
    <w:p/>
    <w:p>
      <w:pPr>
        <w:spacing w:after="560"/>
      </w:pPr>
      <w:r>
        <w:rPr>
          <w:b/>
        </w:rPr>
        <w:t>For [Company Name]</w:t>
      </w:r>
    </w:p>
    <w:p>
      <w:pPr>
        <w:spacing w:after="0"/>
      </w:pPr>
      <w:r>
        <w:rPr>
          <w:b w:val="0"/>
        </w:rPr>
        <w:t>[Name]</w:t>
      </w:r>
    </w:p>
    <w:p>
      <w:pPr>
        <w:spacing w:after="0"/>
      </w:pPr>
      <w:r>
        <w:rPr>
          <w:b w:val="0"/>
        </w:rPr>
        <w:t>[Designation] — Human Resources</w:t>
      </w:r>
    </w:p>
    <w:p/>
    <w:p>
      <w:pPr>
        <w:spacing w:after="120"/>
      </w:pPr>
      <w:r>
        <w:rPr>
          <w:b w:val="0"/>
          <w:i/>
          <w:color w:val="6F778C"/>
          <w:sz w:val="16"/>
        </w:rPr>
        <w:t>Free template from Mera Udyog (meraudyog.com). Review the terms with your HR or legal advisor before use.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