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61031"/>
          <w:sz w:val="30"/>
        </w:rPr>
        <w:t>[YOUR COMPANY NAME]</w:t>
      </w:r>
    </w:p>
    <w:p>
      <w:r>
        <w:rPr>
          <w:color w:val="545C70"/>
          <w:sz w:val="18"/>
        </w:rPr>
        <w:t>[Company address, city, state, PIN]  |  [Phone]  |  [Email]  |  GSTIN [optional]</w:t>
      </w:r>
    </w:p>
    <w:p>
      <w:r>
        <w:rPr>
          <w:color w:val="C9CFDC"/>
        </w:rPr>
        <w:t>______________________________________________________________________________________</w:t>
      </w:r>
    </w:p>
    <w:p>
      <w:pPr>
        <w:spacing w:after="120"/>
      </w:pPr>
      <w:r>
        <w:rPr>
          <w:b w:val="0"/>
        </w:rPr>
        <w:t>Ref: [HR/APPT/2026/001]                                                                     Date: [DD-MM-YYYY]</w:t>
      </w:r>
    </w:p>
    <w:p>
      <w:pPr>
        <w:spacing w:after="0"/>
      </w:pPr>
      <w:r>
        <w:rPr>
          <w:b w:val="0"/>
        </w:rPr>
        <w:t>[Employee Name]</w:t>
      </w:r>
    </w:p>
    <w:p>
      <w:pPr>
        <w:spacing w:after="0"/>
      </w:pPr>
      <w:r>
        <w:rPr>
          <w:b w:val="0"/>
        </w:rPr>
        <w:t>[Address line 1]</w:t>
      </w:r>
    </w:p>
    <w:p>
      <w:pPr>
        <w:spacing w:after="0"/>
      </w:pPr>
      <w:r>
        <w:rPr>
          <w:b w:val="0"/>
        </w:rPr>
        <w:t>[City, State, PIN]</w:t>
      </w:r>
    </w:p>
    <w:p/>
    <w:p>
      <w:pPr>
        <w:spacing w:after="120"/>
      </w:pPr>
      <w:r>
        <w:rPr>
          <w:b/>
        </w:rPr>
        <w:t>Subject: Letter of appointment</w:t>
      </w:r>
    </w:p>
    <w:p>
      <w:pPr>
        <w:spacing w:after="120"/>
      </w:pPr>
      <w:r>
        <w:rPr>
          <w:b w:val="0"/>
        </w:rPr>
        <w:t>Dear [Employee Name],</w:t>
      </w:r>
    </w:p>
    <w:p>
      <w:pPr>
        <w:spacing w:after="120"/>
      </w:pPr>
      <w:r>
        <w:rPr>
          <w:b w:val="0"/>
        </w:rPr>
        <w:t>With reference to your application and the subsequent interview, we are pleased to appoint you on the following terms and conditions:</w:t>
      </w:r>
    </w:p>
    <w:p>
      <w:pPr>
        <w:spacing w:after="120"/>
      </w:pPr>
      <w:r>
        <w:rPr>
          <w:b/>
        </w:rPr>
        <w:t xml:space="preserve">1. Position: </w:t>
      </w:r>
      <w:r>
        <w:t>You are appointed as [Designation] in the [Department] department, reporting to [Manager's designation].</w:t>
      </w:r>
    </w:p>
    <w:p>
      <w:pPr>
        <w:spacing w:after="120"/>
      </w:pPr>
      <w:r>
        <w:rPr>
          <w:b/>
        </w:rPr>
        <w:t xml:space="preserve">2. Date of joining and place: </w:t>
      </w:r>
      <w:r>
        <w:t>Your appointment is effective from [DD-MM-YYYY]. You will be based at [Location / Plant] and may be transferred to any office, plant or branch of the company.</w:t>
      </w:r>
    </w:p>
    <w:p>
      <w:pPr>
        <w:spacing w:after="120"/>
      </w:pPr>
      <w:r>
        <w:rPr>
          <w:b/>
        </w:rPr>
        <w:t xml:space="preserve">3. Remuneration: </w:t>
      </w:r>
      <w:r>
        <w:t>Your annual cost to company will be ₹[Amount], as detailed in the annexure. Salary will be paid monthly, subject to applicable deductions such as PF, ESI, professional tax and TDS.</w:t>
      </w:r>
    </w:p>
    <w:p>
      <w:pPr>
        <w:spacing w:after="120"/>
      </w:pPr>
      <w:r>
        <w:rPr>
          <w:b/>
        </w:rPr>
        <w:t xml:space="preserve">4. Probation and confirmation: </w:t>
      </w:r>
      <w:r>
        <w:t>You will be on probation for [6] months. On satisfactory completion, your services will be confirmed in writing.</w:t>
      </w:r>
    </w:p>
    <w:p>
      <w:pPr>
        <w:spacing w:after="120"/>
      </w:pPr>
      <w:r>
        <w:rPr>
          <w:b/>
        </w:rPr>
        <w:t xml:space="preserve">5. Working hours and shifts: </w:t>
      </w:r>
      <w:r>
        <w:t>You will work [8] hours a day, [6] days a week, in shifts as assigned by the company. Overtime, if any, will be paid as per applicable law and company policy.</w:t>
      </w:r>
    </w:p>
    <w:p>
      <w:pPr>
        <w:spacing w:after="120"/>
      </w:pPr>
      <w:r>
        <w:rPr>
          <w:b/>
        </w:rPr>
        <w:t xml:space="preserve">6. Leave: </w:t>
      </w:r>
      <w:r>
        <w:t>You will be entitled to leave as per the company's leave policy and applicable law.</w:t>
      </w:r>
    </w:p>
    <w:p>
      <w:pPr>
        <w:spacing w:after="120"/>
      </w:pPr>
      <w:r>
        <w:rPr>
          <w:b/>
        </w:rPr>
        <w:t xml:space="preserve">7. Notice period: </w:t>
      </w:r>
      <w:r>
        <w:t>During probation, either party may end this appointment with [15] days' notice. After confirmation, the notice period is [30] days, or salary in lieu of notice.</w:t>
      </w:r>
    </w:p>
    <w:p>
      <w:pPr>
        <w:spacing w:after="120"/>
      </w:pPr>
      <w:r>
        <w:rPr>
          <w:b/>
        </w:rPr>
        <w:t xml:space="preserve">8. Confidentiality: </w:t>
      </w:r>
      <w:r>
        <w:t>You will keep all company information, including customer, pricing and process details, confidential during and after your employment.</w:t>
      </w:r>
    </w:p>
    <w:p>
      <w:pPr>
        <w:spacing w:after="120"/>
      </w:pPr>
      <w:r>
        <w:rPr>
          <w:b/>
        </w:rPr>
        <w:t xml:space="preserve">9. Conduct: </w:t>
      </w:r>
      <w:r>
        <w:t>You will follow the company's rules, safety procedures and code of conduct as amended from time to time.</w:t>
      </w:r>
    </w:p>
    <w:p>
      <w:pPr>
        <w:spacing w:after="120"/>
      </w:pPr>
      <w:r>
        <w:rPr>
          <w:b w:val="0"/>
        </w:rPr>
        <w:t>Please sign the duplicate copy of this letter as a token of your acceptance. We wish you a long and rewarding career with us.</w:t>
      </w:r>
    </w:p>
    <w:p/>
    <w:p>
      <w:pPr>
        <w:spacing w:after="560"/>
      </w:pPr>
      <w:r>
        <w:rPr>
          <w:b/>
        </w:rPr>
        <w:t>For [Company Name]</w:t>
      </w:r>
    </w:p>
    <w:p>
      <w:pPr>
        <w:spacing w:after="0"/>
      </w:pPr>
      <w:r>
        <w:rPr>
          <w:b w:val="0"/>
        </w:rPr>
        <w:t>[Name]</w:t>
      </w:r>
    </w:p>
    <w:p>
      <w:pPr>
        <w:spacing w:after="0"/>
      </w:pPr>
      <w:r>
        <w:rPr>
          <w:b w:val="0"/>
        </w:rPr>
        <w:t>[Designation] — Human Resources</w:t>
      </w:r>
    </w:p>
    <w:p/>
    <w:p>
      <w:pPr>
        <w:spacing w:after="120"/>
      </w:pPr>
      <w:r>
        <w:rPr>
          <w:b/>
        </w:rPr>
        <w:t>Acceptance</w:t>
      </w:r>
    </w:p>
    <w:p>
      <w:pPr>
        <w:spacing w:after="120"/>
      </w:pPr>
      <w:r>
        <w:rPr>
          <w:b w:val="0"/>
        </w:rPr>
        <w:t>I have read and accept the terms and conditions of this appointment.</w:t>
      </w:r>
    </w:p>
    <w:p>
      <w:pPr>
        <w:spacing w:after="120"/>
      </w:pPr>
      <w:r>
        <w:rPr>
          <w:b w:val="0"/>
        </w:rPr>
        <w:t>Signature: ____________________      Name: ____________________      Date: ____________</w:t>
      </w:r>
    </w:p>
    <w:p/>
    <w:p>
      <w:pPr>
        <w:spacing w:after="120"/>
      </w:pPr>
      <w:r>
        <w:rPr>
          <w:b w:val="0"/>
          <w:i/>
          <w:color w:val="6F778C"/>
          <w:sz w:val="16"/>
        </w:rPr>
        <w:t>Free template from Mera Udyog (meraudyog.com). Review the terms with your HR or legal advisor before use.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